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경력증명서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문서번호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용도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경력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494"/>
        <w:gridCol w:w="4479"/>
      </w:tblGrid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근무기간</w:t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부서 및 직위</w:t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담당 업무</w:t>
            </w:r>
          </w:p>
        </w:tc>
      </w:tr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300"/>
        <w:jc w:val="center"/>
      </w:pPr>
      <w:r>
        <w:rPr>
          <w:b w:val="0"/>
          <w:sz w:val="20"/>
        </w:rPr>
      </w:r>
    </w:p>
    <w:p>
      <w:pPr>
        <w:spacing w:after="440"/>
        <w:jc w:val="center"/>
      </w:pPr>
      <w:r>
        <w:rPr>
          <w:b w:val="0"/>
          <w:sz w:val="24"/>
        </w:rPr>
        <w:t>위 사람의 위 경력 사항이 사실과 같음을 증명합니다.</w:t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발급기관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소재지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대표자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 xml:space="preserve">                         (직인)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 담당 / 연락처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경력증명서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