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자기소개서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지원 직무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지원 회사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작성일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지원 동기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502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직무 관련 경험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502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협업과 문제 해결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502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입사 후 계획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502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180"/>
        <w:jc w:val="center"/>
      </w:pPr>
      <w:r>
        <w:rPr>
          <w:b w:val="0"/>
          <w:sz w:val="22"/>
        </w:rPr>
        <w:t>년        월        일</w:t>
      </w:r>
    </w:p>
    <w:p>
      <w:pPr>
        <w:spacing w:after="100"/>
        <w:jc w:val="center"/>
      </w:pPr>
      <w:r>
        <w:rPr>
          <w:b w:val="0"/>
          <w:sz w:val="22"/>
        </w:rPr>
        <w:t>작성자 :                           (서명)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자기소개서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