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  <w:sz w:val="46"/>
        </w:rPr>
        <w:t>재직증명서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3345"/>
        <w:gridCol w:w="1474"/>
        <w:gridCol w:w="3345"/>
      </w:tblGrid>
      <w:tr>
        <w:trPr>
          <w:trHeight w:val="442" w:hRule="atLeast"/>
          <w:cantSplit/>
        </w:trPr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문서번호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성명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  <w:tr>
        <w:trPr>
          <w:trHeight w:val="442" w:hRule="atLeast"/>
          <w:cantSplit/>
        </w:trPr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소속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직위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  <w:tr>
        <w:trPr>
          <w:trHeight w:val="442" w:hRule="atLeast"/>
          <w:cantSplit/>
        </w:trPr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근무기간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제출처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  <w:tr>
        <w:trPr>
          <w:trHeight w:val="442" w:hRule="atLeast"/>
          <w:cantSplit/>
        </w:trPr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용도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발급일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</w:tbl>
    <w:p>
      <w:pPr>
        <w:spacing w:after="60"/>
        <w:jc w:val="center"/>
      </w:pPr>
      <w:r>
        <w:rPr>
          <w:b w:val="0"/>
          <w:sz w:val="20"/>
        </w:rPr>
      </w:r>
    </w:p>
    <w:p>
      <w:pPr>
        <w:spacing w:after="300"/>
        <w:jc w:val="center"/>
      </w:pPr>
      <w:r>
        <w:rPr>
          <w:b w:val="0"/>
          <w:sz w:val="20"/>
        </w:rPr>
      </w:r>
    </w:p>
    <w:p>
      <w:pPr>
        <w:spacing w:after="440"/>
        <w:jc w:val="center"/>
      </w:pPr>
      <w:r>
        <w:rPr>
          <w:b w:val="0"/>
          <w:sz w:val="24"/>
        </w:rPr>
        <w:t>위 사람은 발급일 현재 당사에 재직 중임을 증명합니다.</w:t>
      </w:r>
    </w:p>
    <w:p>
      <w:pPr>
        <w:spacing w:after="180"/>
        <w:jc w:val="center"/>
      </w:pPr>
      <w:r>
        <w:rPr>
          <w:b w:val="0"/>
          <w:sz w:val="22"/>
        </w:rPr>
        <w:t>년        월        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8"/>
        <w:gridCol w:w="7710"/>
      </w:tblGrid>
      <w:tr>
        <w:trPr>
          <w:trHeight w:val="397" w:hRule="atLeast"/>
          <w:cantSplit/>
        </w:trPr>
        <w:tc>
          <w:tcPr>
            <w:tcW w:type="dxa" w:w="192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발급기관</w:t>
            </w:r>
          </w:p>
        </w:tc>
        <w:tc>
          <w:tcPr>
            <w:tcW w:type="dxa" w:w="7710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  <w:tr>
        <w:trPr>
          <w:trHeight w:val="397" w:hRule="atLeast"/>
          <w:cantSplit/>
        </w:trPr>
        <w:tc>
          <w:tcPr>
            <w:tcW w:type="dxa" w:w="192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소재지</w:t>
            </w:r>
          </w:p>
        </w:tc>
        <w:tc>
          <w:tcPr>
            <w:tcW w:type="dxa" w:w="7710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  <w:tr>
        <w:trPr>
          <w:trHeight w:val="397" w:hRule="atLeast"/>
          <w:cantSplit/>
        </w:trPr>
        <w:tc>
          <w:tcPr>
            <w:tcW w:type="dxa" w:w="192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대표자</w:t>
            </w:r>
          </w:p>
        </w:tc>
        <w:tc>
          <w:tcPr>
            <w:tcW w:type="dxa" w:w="7710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 xml:space="preserve">                         (직인)</w:t>
            </w:r>
          </w:p>
        </w:tc>
      </w:tr>
      <w:tr>
        <w:trPr>
          <w:trHeight w:val="397" w:hRule="atLeast"/>
          <w:cantSplit/>
        </w:trPr>
        <w:tc>
          <w:tcPr>
            <w:tcW w:type="dxa" w:w="192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발급 담당 / 연락처</w:t>
            </w:r>
          </w:p>
        </w:tc>
        <w:tc>
          <w:tcPr>
            <w:tcW w:type="dxa" w:w="7710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</w:tbl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jc w:val="center"/>
    </w:pPr>
    <w:rPr>
      <w:rFonts w:ascii="맑은 고딕" w:hAnsi="맑은 고딕" w:eastAsia="맑은 고딕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jc w:val="center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  <w:jc w:val="center"/>
    </w:pPr>
    <w:rPr>
      <w:rFonts w:asciiTheme="majorHAnsi" w:eastAsiaTheme="majorEastAsia" w:hAnsiTheme="majorHAnsi" w:cstheme="majorBidi" w:ascii="맑은 고딕" w:hAnsi="맑은 고딕" w:eastAsia="맑은 고딕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재직증명서</dc:title>
  <dc:subject/>
  <dc:creator>서식마루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