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sz w:val="46"/>
        </w:rPr>
        <w:t>회의록</w:t>
      </w:r>
    </w:p>
    <w:p>
      <w:pPr>
        <w:spacing w:after="180"/>
        <w:jc w:val="center"/>
      </w:pPr>
      <w:r>
        <w:rPr>
          <w:b w:val="0"/>
          <w:sz w:val="16"/>
        </w:rPr>
        <w:t>가상 작성 예시 · 실제 사실 및 발급기관 확인이 필요한 문서입니다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345"/>
        <w:gridCol w:w="1474"/>
        <w:gridCol w:w="3345"/>
      </w:tblGrid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회의명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운영 개선 정기 회의</w:t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일시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2026-10-20 10:00</w:t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장소 / 방식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회의실 / 대면</w:t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참석자 / 작성자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김예시·박예시 / 김예시</w:t>
            </w:r>
          </w:p>
        </w:tc>
      </w:tr>
    </w:tbl>
    <w:p>
      <w:pPr>
        <w:spacing w:after="6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회의 목적과 안건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907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반복 문의의 분류 기준과 담당자 확인 절차를 정합니다.</w:t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논의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361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기존 분류표에 포함되지 않은 문의를 별도로 모아 검토하기로 의견을 모았습니다. 구체적인 분류명은 담당자가 초안을 작성한 후 다시 확인하기로 했습니다.</w:t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결정 사항과 후속 업무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252"/>
        <w:gridCol w:w="1701"/>
        <w:gridCol w:w="1984"/>
        <w:gridCol w:w="1701"/>
      </w:tblGrid>
      <w:tr>
        <w:trPr>
          <w:trHeight w:val="510" w:hRule="atLeast"/>
          <w:cantSplit/>
        </w:trPr>
        <w:tc>
          <w:tcPr>
            <w:tcW w:type="dxa" w:w="4252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업무 / 결정</w:t>
            </w:r>
          </w:p>
        </w:tc>
        <w:tc>
          <w:tcPr>
            <w:tcW w:type="dxa" w:w="170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담당</w:t>
            </w:r>
          </w:p>
        </w:tc>
        <w:tc>
          <w:tcPr>
            <w:tcW w:type="dxa" w:w="198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기한</w:t>
            </w:r>
          </w:p>
        </w:tc>
        <w:tc>
          <w:tcPr>
            <w:tcW w:type="dxa" w:w="170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상태</w:t>
            </w:r>
          </w:p>
        </w:tc>
      </w:tr>
      <w:tr>
        <w:trPr>
          <w:trHeight w:val="510" w:hRule="atLeast"/>
          <w:cantSplit/>
        </w:trPr>
        <w:tc>
          <w:tcPr>
            <w:tcW w:type="dxa" w:w="4252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분류표 초안 작성</w:t>
            </w:r>
          </w:p>
        </w:tc>
        <w:tc>
          <w:tcPr>
            <w:tcW w:type="dxa" w:w="170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김예시</w:t>
            </w:r>
          </w:p>
        </w:tc>
        <w:tc>
          <w:tcPr>
            <w:tcW w:type="dxa" w:w="198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2026-10-23</w:t>
            </w:r>
          </w:p>
        </w:tc>
        <w:tc>
          <w:tcPr>
            <w:tcW w:type="dxa" w:w="170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예정</w:t>
            </w:r>
          </w:p>
        </w:tc>
      </w:tr>
      <w:tr>
        <w:trPr>
          <w:trHeight w:val="510" w:hRule="atLeast"/>
          <w:cantSplit/>
        </w:trPr>
        <w:tc>
          <w:tcPr>
            <w:tcW w:type="dxa" w:w="4252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초안 검토</w:t>
            </w:r>
          </w:p>
        </w:tc>
        <w:tc>
          <w:tcPr>
            <w:tcW w:type="dxa" w:w="170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박예시</w:t>
            </w:r>
          </w:p>
        </w:tc>
        <w:tc>
          <w:tcPr>
            <w:tcW w:type="dxa" w:w="198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2026-10-26</w:t>
            </w:r>
          </w:p>
        </w:tc>
        <w:tc>
          <w:tcPr>
            <w:tcW w:type="dxa" w:w="170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예정</w:t>
            </w:r>
          </w:p>
        </w:tc>
      </w:tr>
    </w:tbl>
    <w:p>
      <w:pPr>
        <w:spacing w:after="60"/>
        <w:jc w:val="center"/>
      </w:pPr>
      <w:r>
        <w:rPr>
          <w:b/>
          <w:sz w:val="22"/>
        </w:rPr>
        <w:t>다음 확인 일정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907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2026-10-26 검토 결과를 공유하고 미결 항목을 정리합니다.</w:t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80"/>
        <w:jc w:val="center"/>
      </w:pPr>
      <w:r>
        <w:rPr>
          <w:b w:val="0"/>
          <w:sz w:val="20"/>
        </w:rPr>
        <w:t xml:space="preserve">작성자 :                         확인자 :                         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center"/>
    </w:pPr>
    <w:rPr>
      <w:rFonts w:ascii="맑은 고딕" w:hAnsi="맑은 고딕" w:eastAsia="맑은 고딕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회의록</dc:title>
  <dc:subject/>
  <dc:creator>서식마루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