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  <w:sz w:val="46"/>
        </w:rPr>
        <w:t>사직서</w:t>
      </w:r>
    </w:p>
    <w:p>
      <w:pPr>
        <w:spacing w:after="180"/>
        <w:jc w:val="center"/>
      </w:pPr>
      <w:r>
        <w:rPr>
          <w:b w:val="0"/>
          <w:sz w:val="16"/>
        </w:rPr>
        <w:t>가상 작성 예시 · 실제 사실 및 발급기관 확인이 필요한 문서입니다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345"/>
        <w:gridCol w:w="1474"/>
        <w:gridCol w:w="3345"/>
      </w:tblGrid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수신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대표자 귀하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성명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김예시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소속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운영팀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직위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사원</w:t>
            </w:r>
          </w:p>
        </w:tc>
      </w:tr>
      <w:tr>
        <w:trPr>
          <w:trHeight w:val="442" w:hRule="atLeast"/>
          <w:cantSplit/>
        </w:trPr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제출일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2026.10.21</w:t>
            </w:r>
          </w:p>
        </w:tc>
        <w:tc>
          <w:tcPr>
            <w:tcW w:type="dxa" w:w="1474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희망 퇴직일</w:t>
            </w:r>
          </w:p>
        </w:tc>
        <w:tc>
          <w:tcPr>
            <w:tcW w:type="dxa" w:w="3345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2026.11.21</w:t>
            </w:r>
          </w:p>
        </w:tc>
      </w:tr>
    </w:tbl>
    <w:p>
      <w:pPr>
        <w:spacing w:after="60"/>
        <w:jc w:val="center"/>
      </w:pPr>
      <w:r>
        <w:rPr>
          <w:b w:val="0"/>
          <w:sz w:val="20"/>
        </w:rPr>
      </w:r>
    </w:p>
    <w:p>
      <w:pPr>
        <w:spacing w:after="280"/>
        <w:jc w:val="center"/>
      </w:pPr>
      <w:r>
        <w:rPr>
          <w:b w:val="0"/>
          <w:sz w:val="22"/>
        </w:rPr>
        <w:t>아래 사유로 사직서를 제출하오니 검토하여 주시기 바랍니다.</w:t>
      </w:r>
    </w:p>
    <w:p>
      <w:pPr>
        <w:spacing w:after="60"/>
        <w:jc w:val="center"/>
      </w:pPr>
      <w:r>
        <w:rPr>
          <w:b/>
          <w:sz w:val="22"/>
        </w:rPr>
        <w:t>사직 사유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개인적인 사유로 사직하고자 합니다. 실제 퇴직 일정은 회사와 확인하겠습니다.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60"/>
        <w:jc w:val="center"/>
      </w:pPr>
      <w:r>
        <w:rPr>
          <w:b/>
          <w:sz w:val="22"/>
        </w:rPr>
        <w:t>인수인계 및 협의 사항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trHeight w:val="1701" w:hRule="atLeast"/>
          <w:cantSplit/>
        </w:trPr>
        <w:tc>
          <w:tcPr>
            <w:tcW w:type="dxa" w:w="9638"/>
            <w:vAlign w:val="center"/>
            <w:tcBorders>
              <w:top w:val="single" w:sz="5" w:color="666666"/>
              <w:left w:val="single" w:sz="5" w:color="666666"/>
              <w:bottom w:val="single" w:sz="5" w:color="666666"/>
              <w:right w:val="single" w:sz="5" w:color="666666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/>
              <w:jc w:val="center"/>
            </w:pPr>
            <w:r>
              <w:rPr>
                <w:b w:val="0"/>
                <w:sz w:val="19"/>
              </w:rPr>
              <w:t>진행 중인 업무와 문서 위치를 정리하고 담당자와 인계 일정을 확인하겠습니다.</w:t>
            </w:r>
          </w:p>
        </w:tc>
      </w:tr>
    </w:tbl>
    <w:p>
      <w:pPr>
        <w:spacing w:after="40"/>
        <w:jc w:val="center"/>
      </w:pPr>
      <w:r>
        <w:rPr>
          <w:b w:val="0"/>
          <w:sz w:val="20"/>
        </w:rPr>
      </w:r>
    </w:p>
    <w:p>
      <w:pPr>
        <w:spacing w:after="180"/>
        <w:jc w:val="center"/>
      </w:pPr>
      <w:r>
        <w:rPr>
          <w:b w:val="0"/>
          <w:sz w:val="22"/>
        </w:rPr>
        <w:t>2026년 10월 21일</w:t>
      </w:r>
    </w:p>
    <w:p>
      <w:pPr>
        <w:spacing w:after="100"/>
        <w:jc w:val="center"/>
      </w:pPr>
      <w:r>
        <w:rPr>
          <w:b w:val="0"/>
          <w:sz w:val="22"/>
        </w:rPr>
        <w:t>작성자 : 김예시        (직접 서명)</w:t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center"/>
    </w:pPr>
    <w:rPr>
      <w:rFonts w:ascii="맑은 고딕" w:hAnsi="맑은 고딕" w:eastAsia="맑은 고딕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jc w:val="center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jc w:val="center"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/>
  <dc:creator>서식마루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