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6"/>
        </w:rPr>
        <w:t>이력서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345"/>
        <w:gridCol w:w="1474"/>
        <w:gridCol w:w="3345"/>
      </w:tblGrid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성명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지원 직무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이메일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연락처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6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학력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18"/>
        <w:gridCol w:w="4880"/>
        <w:gridCol w:w="2440"/>
      </w:tblGrid>
      <w:tr>
        <w:trPr>
          <w:trHeight w:val="442" w:hRule="atLeast"/>
          <w:cantSplit/>
        </w:trPr>
        <w:tc>
          <w:tcPr>
            <w:tcW w:type="dxa" w:w="231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기간</w:t>
            </w:r>
          </w:p>
        </w:tc>
        <w:tc>
          <w:tcPr>
            <w:tcW w:type="dxa" w:w="488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학교 및 전공</w:t>
            </w:r>
          </w:p>
        </w:tc>
        <w:tc>
          <w:tcPr>
            <w:tcW w:type="dxa" w:w="244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상태</w:t>
            </w:r>
          </w:p>
        </w:tc>
      </w:tr>
      <w:tr>
        <w:trPr>
          <w:trHeight w:val="442" w:hRule="atLeast"/>
          <w:cantSplit/>
        </w:trPr>
        <w:tc>
          <w:tcPr>
            <w:tcW w:type="dxa" w:w="231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88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44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231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88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44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경력 및 활동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18"/>
        <w:gridCol w:w="2745"/>
        <w:gridCol w:w="4575"/>
      </w:tblGrid>
      <w:tr>
        <w:trPr>
          <w:trHeight w:val="442" w:hRule="atLeast"/>
          <w:cantSplit/>
        </w:trPr>
        <w:tc>
          <w:tcPr>
            <w:tcW w:type="dxa" w:w="231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기간</w:t>
            </w:r>
          </w:p>
        </w:tc>
        <w:tc>
          <w:tcPr>
            <w:tcW w:type="dxa" w:w="27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기관 및 역할</w:t>
            </w:r>
          </w:p>
        </w:tc>
        <w:tc>
          <w:tcPr>
            <w:tcW w:type="dxa" w:w="457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주요 업무</w:t>
            </w:r>
          </w:p>
        </w:tc>
      </w:tr>
      <w:tr>
        <w:trPr>
          <w:trHeight w:val="442" w:hRule="atLeast"/>
          <w:cantSplit/>
        </w:trPr>
        <w:tc>
          <w:tcPr>
            <w:tcW w:type="dxa" w:w="231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7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57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231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7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57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자격 및 보유 기술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18"/>
        <w:gridCol w:w="2745"/>
        <w:gridCol w:w="4575"/>
      </w:tblGrid>
      <w:tr>
        <w:trPr>
          <w:trHeight w:val="442" w:hRule="atLeast"/>
          <w:cantSplit/>
        </w:trPr>
        <w:tc>
          <w:tcPr>
            <w:tcW w:type="dxa" w:w="231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취득일</w:t>
            </w:r>
          </w:p>
        </w:tc>
        <w:tc>
          <w:tcPr>
            <w:tcW w:type="dxa" w:w="27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자격 또는 기술</w:t>
            </w:r>
          </w:p>
        </w:tc>
        <w:tc>
          <w:tcPr>
            <w:tcW w:type="dxa" w:w="457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발급처 또는 활용 경험</w:t>
            </w:r>
          </w:p>
        </w:tc>
      </w:tr>
      <w:tr>
        <w:trPr>
          <w:trHeight w:val="442" w:hRule="atLeast"/>
          <w:cantSplit/>
        </w:trPr>
        <w:tc>
          <w:tcPr>
            <w:tcW w:type="dxa" w:w="231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7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57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231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7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57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한 줄 소개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680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120"/>
        <w:jc w:val="center"/>
      </w:pPr>
      <w:r>
        <w:rPr>
          <w:b w:val="0"/>
          <w:sz w:val="20"/>
        </w:rPr>
        <w:t>위 기재 사항은 사실과 다름이 없습니다.</w:t>
      </w:r>
    </w:p>
    <w:p>
      <w:pPr>
        <w:spacing w:after="180"/>
        <w:jc w:val="center"/>
      </w:pPr>
      <w:r>
        <w:rPr>
          <w:b w:val="0"/>
          <w:sz w:val="22"/>
        </w:rPr>
        <w:t>년        월        일</w:t>
      </w:r>
    </w:p>
    <w:p>
      <w:pPr>
        <w:spacing w:after="100"/>
        <w:jc w:val="center"/>
      </w:pPr>
      <w:r>
        <w:rPr>
          <w:b w:val="0"/>
          <w:sz w:val="22"/>
        </w:rPr>
        <w:t>작성자 :                           (서명)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center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</dc:title>
  <dc:subject/>
  <dc:creator>서식마루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